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730984" w14:textId="77777777" w:rsidR="00B264D0" w:rsidRDefault="00057E9B">
      <w:pPr>
        <w:pStyle w:val="Heading1"/>
        <w:jc w:val="center"/>
      </w:pPr>
      <w:r>
        <w:t>IZJAVA O SAGLASNOSTI (MUVAFFAKATNAME)</w:t>
      </w:r>
    </w:p>
    <w:p w14:paraId="7240E90A" w14:textId="202BB458" w:rsidR="00B264D0" w:rsidRDefault="00057E9B">
      <w:r>
        <w:t xml:space="preserve">U </w:t>
      </w:r>
      <w:proofErr w:type="spellStart"/>
      <w:r>
        <w:t>okviru</w:t>
      </w:r>
      <w:proofErr w:type="spellEnd"/>
      <w:r>
        <w:t xml:space="preserve"> </w:t>
      </w:r>
      <w:proofErr w:type="spellStart"/>
      <w:r w:rsidR="00C844A4">
        <w:t>takmičenja</w:t>
      </w:r>
      <w:proofErr w:type="spellEnd"/>
      <w:r w:rsidR="00C844A4">
        <w:t xml:space="preserve"> </w:t>
      </w:r>
      <w:r>
        <w:t>„</w:t>
      </w:r>
      <w:r w:rsidR="00C844A4" w:rsidRPr="00C844A4">
        <w:t xml:space="preserve">Halkbank – </w:t>
      </w:r>
      <w:proofErr w:type="spellStart"/>
      <w:r w:rsidR="00C844A4" w:rsidRPr="00C844A4">
        <w:t>Žene</w:t>
      </w:r>
      <w:proofErr w:type="spellEnd"/>
      <w:r w:rsidR="00C844A4" w:rsidRPr="00C844A4">
        <w:t xml:space="preserve"> </w:t>
      </w:r>
      <w:proofErr w:type="spellStart"/>
      <w:r w:rsidR="00C844A4" w:rsidRPr="00C844A4">
        <w:t>koje</w:t>
      </w:r>
      <w:proofErr w:type="spellEnd"/>
      <w:r w:rsidR="00C844A4" w:rsidRPr="00C844A4">
        <w:t xml:space="preserve"> </w:t>
      </w:r>
      <w:proofErr w:type="spellStart"/>
      <w:r w:rsidR="00C844A4" w:rsidRPr="00C844A4">
        <w:t>stvaraju</w:t>
      </w:r>
      <w:proofErr w:type="spellEnd"/>
      <w:r w:rsidR="00C844A4" w:rsidRPr="00C844A4">
        <w:t xml:space="preserve"> </w:t>
      </w:r>
      <w:proofErr w:type="gramStart"/>
      <w:r>
        <w:t>“</w:t>
      </w:r>
      <w:r w:rsidR="00C844A4">
        <w:t xml:space="preserve">, </w:t>
      </w:r>
      <w:r>
        <w:t xml:space="preserve"> </w:t>
      </w:r>
      <w:proofErr w:type="spellStart"/>
      <w:r>
        <w:t>koje</w:t>
      </w:r>
      <w:proofErr w:type="spellEnd"/>
      <w:proofErr w:type="gramEnd"/>
      <w:r>
        <w:t xml:space="preserve"> </w:t>
      </w:r>
      <w:proofErr w:type="spellStart"/>
      <w:r>
        <w:t>će</w:t>
      </w:r>
      <w:proofErr w:type="spellEnd"/>
      <w:r>
        <w:t xml:space="preserve"> sprovoditi Türkiye Halk Bankası A.Ş.;</w:t>
      </w:r>
    </w:p>
    <w:p w14:paraId="3F39078A" w14:textId="063ACD8E" w:rsidR="00B264D0" w:rsidRDefault="00057E9B">
      <w:pPr>
        <w:pStyle w:val="ListNumber"/>
      </w:pPr>
      <w:proofErr w:type="spellStart"/>
      <w:r>
        <w:t>Izjavljujem</w:t>
      </w:r>
      <w:proofErr w:type="spellEnd"/>
      <w:r>
        <w:t xml:space="preserve"> da </w:t>
      </w:r>
      <w:proofErr w:type="spellStart"/>
      <w:r>
        <w:t>izričito</w:t>
      </w:r>
      <w:proofErr w:type="spellEnd"/>
      <w:r>
        <w:t xml:space="preserve"> </w:t>
      </w:r>
      <w:proofErr w:type="spellStart"/>
      <w:r>
        <w:t>dajem</w:t>
      </w:r>
      <w:proofErr w:type="spellEnd"/>
      <w:r>
        <w:t xml:space="preserve"> saglasnost da se moji video snimci i/ili fotografije, kao i fotografije mojih proizvoda, koje je snimila Türkiye Halk Bankası A.Ş. ili treća lica u ime Türkiye Halk Bankası A.Ş., ili koje sam sama otpremila u sistem u okviru prijave za </w:t>
      </w:r>
      <w:proofErr w:type="spellStart"/>
      <w:r w:rsidR="00DE1C0F">
        <w:t>takmičenje</w:t>
      </w:r>
      <w:proofErr w:type="spellEnd"/>
      <w:r>
        <w:t xml:space="preserve"> za </w:t>
      </w:r>
      <w:proofErr w:type="spellStart"/>
      <w:r>
        <w:t>žene</w:t>
      </w:r>
      <w:proofErr w:type="spellEnd"/>
      <w:r>
        <w:t xml:space="preserve"> </w:t>
      </w:r>
      <w:proofErr w:type="spellStart"/>
      <w:r w:rsidR="00DE1C0F">
        <w:t>koje</w:t>
      </w:r>
      <w:proofErr w:type="spellEnd"/>
      <w:r w:rsidR="00DE1C0F">
        <w:t xml:space="preserve"> </w:t>
      </w:r>
      <w:proofErr w:type="spellStart"/>
      <w:r w:rsidR="00DE1C0F">
        <w:t>stvaraju</w:t>
      </w:r>
      <w:proofErr w:type="spellEnd"/>
      <w:r>
        <w:t xml:space="preserve"> (ÜKY), </w:t>
      </w:r>
      <w:proofErr w:type="spellStart"/>
      <w:r>
        <w:t>reprodukuju</w:t>
      </w:r>
      <w:proofErr w:type="spellEnd"/>
      <w:r>
        <w:t xml:space="preserve">, </w:t>
      </w:r>
      <w:proofErr w:type="spellStart"/>
      <w:r>
        <w:t>distribuiraju</w:t>
      </w:r>
      <w:proofErr w:type="spellEnd"/>
      <w:r>
        <w:t>, stavljaju u promet i objavljuju bez ograničenja u pogledu mesta i broja; da ovi reprodukovani nosači zvuka i slike budu korišćeni i emitovani od strane radio i TV organizacija, i putem ovih sredstava saopšteni javnosti; da se koriste/objavljuju na korporativnom veb-sajtu/portalu Halkbank, profilima na društvenim mrežama za žene preduzetnice Halkbank, prikazu preko barkoviziona na Samitu žena proizvođača Halkbank / Susretima žena preduzetnica / Panelima i u reklamnim filmovima Halkbank koji će se emitovati na nacionalnim kanalima; da u skladu sa relevantnim zakonima i propisima neću potraživati nikakvo pravo i da svojom sopstvenom voljom dozvoljavam korišćenje ovog videa;</w:t>
      </w:r>
    </w:p>
    <w:p w14:paraId="09E309FC" w14:textId="2BC9872E" w:rsidR="00B264D0" w:rsidRDefault="00057E9B">
      <w:pPr>
        <w:pStyle w:val="ListNumber"/>
      </w:pPr>
      <w:r>
        <w:t xml:space="preserve"> Da Halkbank bez potraživanja bilo kakve naknade prenosim sva prava u okviru Zakona o autorskim i srodnim pravima (pravo na saopštavanje javnosti regulisano u članu 14, pravo na preradu regulisano u članu 21, pravo na reprodukciju regulisano u članu 22, pravo na širenje regulisano u članu 23, pravo na predstavljanje regulisano u članu 24 i pravo na saopštavanje javnosti sredstvima koja služe za prenos znakova, zvuka i/ili slika regulisano u članu 25 Zakona o autorskim i srodnim pravima br. 5846) i prava i ovlašćenja za korišćenje ovih prava;</w:t>
      </w:r>
    </w:p>
    <w:p w14:paraId="6602BBA5" w14:textId="32D20292" w:rsidR="00B264D0" w:rsidRDefault="00057E9B">
      <w:pPr>
        <w:pStyle w:val="ListNumber"/>
      </w:pPr>
      <w:r>
        <w:t xml:space="preserve">Da </w:t>
      </w:r>
      <w:proofErr w:type="spellStart"/>
      <w:r>
        <w:t>ću</w:t>
      </w:r>
      <w:proofErr w:type="spellEnd"/>
      <w:r>
        <w:t xml:space="preserve"> se </w:t>
      </w:r>
      <w:proofErr w:type="spellStart"/>
      <w:r>
        <w:t>uzdržati</w:t>
      </w:r>
      <w:proofErr w:type="spellEnd"/>
      <w:r>
        <w:t xml:space="preserve"> od svih radnji koje bi narušile korporativni identitet Banke u okviru takmičenja, u suprotnom ću odmah u gotovini i odjednom nadoknaditi svaku materijalnu i nematerijalnu štetu koju Banka pretrpi na prvi zahtev;</w:t>
      </w:r>
    </w:p>
    <w:p w14:paraId="11E5A480" w14:textId="5600C954" w:rsidR="00B264D0" w:rsidRDefault="00057E9B">
      <w:pPr>
        <w:pStyle w:val="ListNumber"/>
      </w:pPr>
      <w:r>
        <w:t xml:space="preserve">Da Banka </w:t>
      </w:r>
      <w:proofErr w:type="spellStart"/>
      <w:r>
        <w:t>zadržava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promeni datum i trajanje, novčane i robne nagrade i uslove prijave događaja koji se organizuje u okviru takmičenja, kao i da otkaže događaj, te da u slučaju odlaganja takmičenja / promene trajanja / otkazivanja itd., bez obzira na razloge, neću podnositi nikakav zahtev za pravo, potraživanje ili naknadu od Banke pod bilo kojim nazivom;</w:t>
      </w:r>
    </w:p>
    <w:p w14:paraId="31E48A22" w14:textId="03739FCD" w:rsidR="00B264D0" w:rsidRDefault="002607E6">
      <w:pPr>
        <w:pStyle w:val="ListNumber"/>
      </w:pPr>
      <w:r w:rsidRPr="002607E6">
        <w:t xml:space="preserve">Da </w:t>
      </w:r>
      <w:proofErr w:type="spellStart"/>
      <w:r w:rsidRPr="002607E6">
        <w:t>su</w:t>
      </w:r>
      <w:proofErr w:type="spellEnd"/>
      <w:r w:rsidRPr="002607E6">
        <w:t xml:space="preserve"> </w:t>
      </w:r>
      <w:proofErr w:type="spellStart"/>
      <w:r w:rsidRPr="002607E6">
        <w:t>svi</w:t>
      </w:r>
      <w:proofErr w:type="spellEnd"/>
      <w:r w:rsidRPr="002607E6">
        <w:t xml:space="preserve"> </w:t>
      </w:r>
      <w:proofErr w:type="spellStart"/>
      <w:r w:rsidRPr="002607E6">
        <w:t>podaci</w:t>
      </w:r>
      <w:proofErr w:type="spellEnd"/>
      <w:r w:rsidRPr="002607E6">
        <w:t xml:space="preserve"> </w:t>
      </w:r>
      <w:proofErr w:type="spellStart"/>
      <w:r w:rsidRPr="002607E6">
        <w:t>i</w:t>
      </w:r>
      <w:proofErr w:type="spellEnd"/>
      <w:r w:rsidRPr="002607E6">
        <w:t xml:space="preserve"> </w:t>
      </w:r>
      <w:proofErr w:type="spellStart"/>
      <w:r w:rsidRPr="002607E6">
        <w:t>dokumenti</w:t>
      </w:r>
      <w:proofErr w:type="spellEnd"/>
      <w:r w:rsidRPr="002607E6">
        <w:t xml:space="preserve"> </w:t>
      </w:r>
      <w:proofErr w:type="spellStart"/>
      <w:r w:rsidRPr="002607E6">
        <w:t>koje</w:t>
      </w:r>
      <w:proofErr w:type="spellEnd"/>
      <w:r w:rsidRPr="002607E6">
        <w:t xml:space="preserve"> </w:t>
      </w:r>
      <w:proofErr w:type="spellStart"/>
      <w:r w:rsidRPr="002607E6">
        <w:t>sam</w:t>
      </w:r>
      <w:proofErr w:type="spellEnd"/>
      <w:r w:rsidRPr="002607E6">
        <w:t xml:space="preserve"> </w:t>
      </w:r>
      <w:proofErr w:type="spellStart"/>
      <w:r w:rsidRPr="002607E6">
        <w:t>navela</w:t>
      </w:r>
      <w:proofErr w:type="spellEnd"/>
      <w:r w:rsidRPr="002607E6">
        <w:t xml:space="preserve"> </w:t>
      </w:r>
      <w:proofErr w:type="spellStart"/>
      <w:r w:rsidRPr="002607E6">
        <w:t>i</w:t>
      </w:r>
      <w:proofErr w:type="spellEnd"/>
      <w:r w:rsidRPr="002607E6">
        <w:t xml:space="preserve"> </w:t>
      </w:r>
      <w:proofErr w:type="spellStart"/>
      <w:r w:rsidRPr="002607E6">
        <w:t>dostavila</w:t>
      </w:r>
      <w:proofErr w:type="spellEnd"/>
      <w:r w:rsidRPr="002607E6">
        <w:t xml:space="preserve"> u </w:t>
      </w:r>
      <w:proofErr w:type="spellStart"/>
      <w:r w:rsidRPr="002607E6">
        <w:t>prijavnom</w:t>
      </w:r>
      <w:proofErr w:type="spellEnd"/>
      <w:r w:rsidRPr="002607E6">
        <w:t xml:space="preserve"> </w:t>
      </w:r>
      <w:proofErr w:type="spellStart"/>
      <w:r w:rsidRPr="002607E6">
        <w:t>obrascu</w:t>
      </w:r>
      <w:proofErr w:type="spellEnd"/>
      <w:r w:rsidRPr="002607E6">
        <w:t xml:space="preserve"> </w:t>
      </w:r>
      <w:proofErr w:type="spellStart"/>
      <w:r w:rsidRPr="002607E6">
        <w:t>tačni</w:t>
      </w:r>
      <w:proofErr w:type="spellEnd"/>
      <w:r w:rsidRPr="002607E6">
        <w:t xml:space="preserve"> </w:t>
      </w:r>
      <w:proofErr w:type="spellStart"/>
      <w:r w:rsidRPr="002607E6">
        <w:t>i</w:t>
      </w:r>
      <w:proofErr w:type="spellEnd"/>
      <w:r w:rsidRPr="002607E6">
        <w:t xml:space="preserve"> </w:t>
      </w:r>
      <w:proofErr w:type="spellStart"/>
      <w:r w:rsidRPr="002607E6">
        <w:t>obavezujući</w:t>
      </w:r>
      <w:proofErr w:type="spellEnd"/>
      <w:r w:rsidRPr="002607E6">
        <w:t xml:space="preserve">, da Halkbank ne </w:t>
      </w:r>
      <w:proofErr w:type="spellStart"/>
      <w:r w:rsidRPr="002607E6">
        <w:t>snosi</w:t>
      </w:r>
      <w:proofErr w:type="spellEnd"/>
      <w:r w:rsidRPr="002607E6">
        <w:t xml:space="preserve"> </w:t>
      </w:r>
      <w:proofErr w:type="spellStart"/>
      <w:r w:rsidRPr="002607E6">
        <w:t>nikakvu</w:t>
      </w:r>
      <w:proofErr w:type="spellEnd"/>
      <w:r w:rsidRPr="002607E6">
        <w:t xml:space="preserve"> </w:t>
      </w:r>
      <w:proofErr w:type="spellStart"/>
      <w:r w:rsidRPr="002607E6">
        <w:t>odgovornost</w:t>
      </w:r>
      <w:proofErr w:type="spellEnd"/>
      <w:r w:rsidRPr="002607E6">
        <w:t xml:space="preserve"> za </w:t>
      </w:r>
      <w:proofErr w:type="spellStart"/>
      <w:r w:rsidRPr="002607E6">
        <w:t>njihovu</w:t>
      </w:r>
      <w:proofErr w:type="spellEnd"/>
      <w:r w:rsidRPr="002607E6">
        <w:t xml:space="preserve"> </w:t>
      </w:r>
      <w:proofErr w:type="spellStart"/>
      <w:r w:rsidRPr="002607E6">
        <w:t>tačnost</w:t>
      </w:r>
      <w:proofErr w:type="spellEnd"/>
      <w:r w:rsidRPr="002607E6">
        <w:t xml:space="preserve">, </w:t>
      </w:r>
      <w:proofErr w:type="spellStart"/>
      <w:r w:rsidRPr="002607E6">
        <w:t>kao</w:t>
      </w:r>
      <w:proofErr w:type="spellEnd"/>
      <w:r w:rsidRPr="002607E6">
        <w:t xml:space="preserve"> </w:t>
      </w:r>
      <w:proofErr w:type="spellStart"/>
      <w:r w:rsidRPr="002607E6">
        <w:t>i</w:t>
      </w:r>
      <w:proofErr w:type="spellEnd"/>
      <w:r w:rsidRPr="002607E6">
        <w:t xml:space="preserve"> da je Banka </w:t>
      </w:r>
      <w:proofErr w:type="spellStart"/>
      <w:r w:rsidRPr="002607E6">
        <w:t>ovlašćena</w:t>
      </w:r>
      <w:proofErr w:type="spellEnd"/>
      <w:r w:rsidRPr="002607E6">
        <w:t xml:space="preserve"> da </w:t>
      </w:r>
      <w:proofErr w:type="spellStart"/>
      <w:r w:rsidRPr="002607E6">
        <w:t>poništi</w:t>
      </w:r>
      <w:proofErr w:type="spellEnd"/>
      <w:r w:rsidRPr="002607E6">
        <w:t xml:space="preserve"> </w:t>
      </w:r>
      <w:proofErr w:type="spellStart"/>
      <w:r w:rsidRPr="002607E6">
        <w:t>moju</w:t>
      </w:r>
      <w:proofErr w:type="spellEnd"/>
      <w:r w:rsidRPr="002607E6">
        <w:t xml:space="preserve"> </w:t>
      </w:r>
      <w:proofErr w:type="spellStart"/>
      <w:r w:rsidRPr="002607E6">
        <w:t>prijavu</w:t>
      </w:r>
      <w:proofErr w:type="spellEnd"/>
      <w:r w:rsidRPr="002607E6">
        <w:t xml:space="preserve"> </w:t>
      </w:r>
      <w:proofErr w:type="spellStart"/>
      <w:r w:rsidRPr="002607E6">
        <w:t>ukoliko</w:t>
      </w:r>
      <w:proofErr w:type="spellEnd"/>
      <w:r w:rsidRPr="002607E6">
        <w:t xml:space="preserve"> se </w:t>
      </w:r>
      <w:proofErr w:type="spellStart"/>
      <w:r w:rsidRPr="002607E6">
        <w:t>utvrdi</w:t>
      </w:r>
      <w:proofErr w:type="spellEnd"/>
      <w:r w:rsidRPr="002607E6">
        <w:t xml:space="preserve"> da </w:t>
      </w:r>
      <w:proofErr w:type="spellStart"/>
      <w:r w:rsidRPr="002607E6">
        <w:t>sam</w:t>
      </w:r>
      <w:proofErr w:type="spellEnd"/>
      <w:r w:rsidRPr="002607E6">
        <w:t xml:space="preserve"> </w:t>
      </w:r>
      <w:proofErr w:type="spellStart"/>
      <w:r w:rsidRPr="002607E6">
        <w:t>dostavila</w:t>
      </w:r>
      <w:proofErr w:type="spellEnd"/>
      <w:r w:rsidRPr="002607E6">
        <w:t xml:space="preserve"> </w:t>
      </w:r>
      <w:proofErr w:type="spellStart"/>
      <w:r w:rsidRPr="002607E6">
        <w:t>neistinite</w:t>
      </w:r>
      <w:proofErr w:type="spellEnd"/>
      <w:r w:rsidRPr="002607E6">
        <w:t xml:space="preserve"> </w:t>
      </w:r>
      <w:proofErr w:type="spellStart"/>
      <w:r w:rsidRPr="002607E6">
        <w:t>podatke</w:t>
      </w:r>
      <w:proofErr w:type="spellEnd"/>
      <w:r w:rsidRPr="002607E6">
        <w:t xml:space="preserve"> </w:t>
      </w:r>
      <w:proofErr w:type="spellStart"/>
      <w:r w:rsidRPr="002607E6">
        <w:t>ili</w:t>
      </w:r>
      <w:proofErr w:type="spellEnd"/>
      <w:r w:rsidRPr="002607E6">
        <w:t xml:space="preserve"> </w:t>
      </w:r>
      <w:proofErr w:type="spellStart"/>
      <w:r w:rsidRPr="002607E6">
        <w:t>dokumente</w:t>
      </w:r>
      <w:proofErr w:type="spellEnd"/>
      <w:r w:rsidRPr="002607E6">
        <w:t xml:space="preserve"> </w:t>
      </w:r>
      <w:proofErr w:type="spellStart"/>
      <w:r w:rsidRPr="002607E6">
        <w:t>ili</w:t>
      </w:r>
      <w:proofErr w:type="spellEnd"/>
      <w:r w:rsidRPr="002607E6">
        <w:t xml:space="preserve"> da </w:t>
      </w:r>
      <w:proofErr w:type="spellStart"/>
      <w:r w:rsidRPr="002607E6">
        <w:t>nakon</w:t>
      </w:r>
      <w:proofErr w:type="spellEnd"/>
      <w:r w:rsidRPr="002607E6">
        <w:t xml:space="preserve"> </w:t>
      </w:r>
      <w:proofErr w:type="spellStart"/>
      <w:r w:rsidRPr="002607E6">
        <w:t>datuma</w:t>
      </w:r>
      <w:proofErr w:type="spellEnd"/>
      <w:r w:rsidRPr="002607E6">
        <w:t xml:space="preserve"> </w:t>
      </w:r>
      <w:proofErr w:type="spellStart"/>
      <w:r w:rsidRPr="002607E6">
        <w:t>podnošenja</w:t>
      </w:r>
      <w:proofErr w:type="spellEnd"/>
      <w:r w:rsidRPr="002607E6">
        <w:t xml:space="preserve"> </w:t>
      </w:r>
      <w:proofErr w:type="spellStart"/>
      <w:r w:rsidRPr="002607E6">
        <w:t>prijave</w:t>
      </w:r>
      <w:proofErr w:type="spellEnd"/>
      <w:r w:rsidRPr="002607E6">
        <w:t xml:space="preserve"> ne </w:t>
      </w:r>
      <w:proofErr w:type="spellStart"/>
      <w:r w:rsidRPr="002607E6">
        <w:t>ispunjavam</w:t>
      </w:r>
      <w:proofErr w:type="spellEnd"/>
      <w:r w:rsidRPr="002607E6">
        <w:t xml:space="preserve"> </w:t>
      </w:r>
      <w:proofErr w:type="spellStart"/>
      <w:r w:rsidRPr="002607E6">
        <w:t>neki</w:t>
      </w:r>
      <w:proofErr w:type="spellEnd"/>
      <w:r w:rsidRPr="002607E6">
        <w:t xml:space="preserve"> </w:t>
      </w:r>
      <w:proofErr w:type="spellStart"/>
      <w:r w:rsidRPr="002607E6">
        <w:t>od</w:t>
      </w:r>
      <w:proofErr w:type="spellEnd"/>
      <w:r w:rsidRPr="002607E6">
        <w:t xml:space="preserve"> </w:t>
      </w:r>
      <w:proofErr w:type="spellStart"/>
      <w:r w:rsidRPr="002607E6">
        <w:t>kriterijuma</w:t>
      </w:r>
      <w:proofErr w:type="spellEnd"/>
      <w:r w:rsidRPr="002607E6">
        <w:t xml:space="preserve"> </w:t>
      </w:r>
      <w:proofErr w:type="spellStart"/>
      <w:r w:rsidRPr="002607E6">
        <w:t>takmičenja</w:t>
      </w:r>
      <w:proofErr w:type="spellEnd"/>
      <w:r w:rsidRPr="002607E6">
        <w:t xml:space="preserve"> za </w:t>
      </w:r>
      <w:proofErr w:type="spellStart"/>
      <w:r w:rsidRPr="002607E6">
        <w:t>koje</w:t>
      </w:r>
      <w:proofErr w:type="spellEnd"/>
      <w:r w:rsidRPr="002607E6">
        <w:t xml:space="preserve"> </w:t>
      </w:r>
      <w:proofErr w:type="spellStart"/>
      <w:r w:rsidRPr="002607E6">
        <w:t>sam</w:t>
      </w:r>
      <w:proofErr w:type="spellEnd"/>
      <w:r w:rsidRPr="002607E6">
        <w:t xml:space="preserve"> </w:t>
      </w:r>
      <w:proofErr w:type="spellStart"/>
      <w:r w:rsidRPr="002607E6">
        <w:t>izjavila</w:t>
      </w:r>
      <w:proofErr w:type="spellEnd"/>
      <w:r w:rsidRPr="002607E6">
        <w:t xml:space="preserve"> da </w:t>
      </w:r>
      <w:proofErr w:type="spellStart"/>
      <w:r w:rsidRPr="002607E6">
        <w:t>ih</w:t>
      </w:r>
      <w:proofErr w:type="spellEnd"/>
      <w:r w:rsidRPr="002607E6">
        <w:t xml:space="preserve"> </w:t>
      </w:r>
      <w:proofErr w:type="spellStart"/>
      <w:r w:rsidRPr="002607E6">
        <w:t>ispunjavam</w:t>
      </w:r>
      <w:proofErr w:type="spellEnd"/>
      <w:r w:rsidR="00057E9B">
        <w:t>;</w:t>
      </w:r>
    </w:p>
    <w:p w14:paraId="33658744" w14:textId="77777777" w:rsidR="002C4AE6" w:rsidRDefault="002C4AE6">
      <w:pPr>
        <w:pStyle w:val="ListNumber"/>
      </w:pPr>
      <w:r w:rsidRPr="002C4AE6">
        <w:t xml:space="preserve">Da </w:t>
      </w:r>
      <w:proofErr w:type="spellStart"/>
      <w:r w:rsidRPr="002C4AE6">
        <w:t>sam</w:t>
      </w:r>
      <w:proofErr w:type="spellEnd"/>
      <w:r w:rsidRPr="002C4AE6">
        <w:t xml:space="preserve"> </w:t>
      </w:r>
      <w:proofErr w:type="spellStart"/>
      <w:r w:rsidRPr="002C4AE6">
        <w:t>kao</w:t>
      </w:r>
      <w:proofErr w:type="spellEnd"/>
      <w:r w:rsidRPr="002C4AE6">
        <w:t xml:space="preserve"> </w:t>
      </w:r>
      <w:proofErr w:type="spellStart"/>
      <w:r w:rsidRPr="002C4AE6">
        <w:t>podnosilac</w:t>
      </w:r>
      <w:proofErr w:type="spellEnd"/>
      <w:r w:rsidRPr="002C4AE6">
        <w:t xml:space="preserve"> </w:t>
      </w:r>
      <w:proofErr w:type="spellStart"/>
      <w:r w:rsidRPr="002C4AE6">
        <w:t>prijave</w:t>
      </w:r>
      <w:proofErr w:type="spellEnd"/>
      <w:r w:rsidRPr="002C4AE6">
        <w:t xml:space="preserve"> </w:t>
      </w:r>
      <w:proofErr w:type="spellStart"/>
      <w:r w:rsidRPr="002C4AE6">
        <w:t>odgovorna</w:t>
      </w:r>
      <w:proofErr w:type="spellEnd"/>
      <w:r w:rsidRPr="002C4AE6">
        <w:t xml:space="preserve"> za </w:t>
      </w:r>
      <w:proofErr w:type="spellStart"/>
      <w:r w:rsidRPr="002C4AE6">
        <w:t>sve</w:t>
      </w:r>
      <w:proofErr w:type="spellEnd"/>
      <w:r w:rsidRPr="002C4AE6">
        <w:t xml:space="preserve"> </w:t>
      </w:r>
      <w:proofErr w:type="spellStart"/>
      <w:r w:rsidRPr="002C4AE6">
        <w:t>zahteve</w:t>
      </w:r>
      <w:proofErr w:type="spellEnd"/>
      <w:r w:rsidRPr="002C4AE6">
        <w:t xml:space="preserve"> </w:t>
      </w:r>
      <w:proofErr w:type="spellStart"/>
      <w:r w:rsidRPr="002C4AE6">
        <w:t>i</w:t>
      </w:r>
      <w:proofErr w:type="spellEnd"/>
      <w:r w:rsidRPr="002C4AE6">
        <w:t xml:space="preserve"> </w:t>
      </w:r>
      <w:proofErr w:type="spellStart"/>
      <w:r w:rsidRPr="002C4AE6">
        <w:t>potraživanja</w:t>
      </w:r>
      <w:proofErr w:type="spellEnd"/>
      <w:r w:rsidRPr="002C4AE6">
        <w:t xml:space="preserve"> u </w:t>
      </w:r>
      <w:proofErr w:type="spellStart"/>
      <w:r w:rsidRPr="002C4AE6">
        <w:t>vezi</w:t>
      </w:r>
      <w:proofErr w:type="spellEnd"/>
      <w:r w:rsidRPr="002C4AE6">
        <w:t xml:space="preserve"> </w:t>
      </w:r>
      <w:proofErr w:type="spellStart"/>
      <w:r w:rsidRPr="002C4AE6">
        <w:t>sa</w:t>
      </w:r>
      <w:proofErr w:type="spellEnd"/>
      <w:r w:rsidRPr="002C4AE6">
        <w:t xml:space="preserve"> </w:t>
      </w:r>
      <w:proofErr w:type="spellStart"/>
      <w:r w:rsidRPr="002C4AE6">
        <w:t>autorskim</w:t>
      </w:r>
      <w:proofErr w:type="spellEnd"/>
      <w:r w:rsidRPr="002C4AE6">
        <w:t xml:space="preserve"> </w:t>
      </w:r>
      <w:proofErr w:type="spellStart"/>
      <w:r w:rsidRPr="002C4AE6">
        <w:t>pravima</w:t>
      </w:r>
      <w:proofErr w:type="spellEnd"/>
      <w:r w:rsidRPr="002C4AE6">
        <w:t xml:space="preserve"> </w:t>
      </w:r>
      <w:proofErr w:type="spellStart"/>
      <w:r w:rsidRPr="002C4AE6">
        <w:t>koje</w:t>
      </w:r>
      <w:proofErr w:type="spellEnd"/>
      <w:r w:rsidRPr="002C4AE6">
        <w:t xml:space="preserve"> </w:t>
      </w:r>
      <w:proofErr w:type="spellStart"/>
      <w:r w:rsidRPr="002C4AE6">
        <w:t>mogu</w:t>
      </w:r>
      <w:proofErr w:type="spellEnd"/>
      <w:r w:rsidRPr="002C4AE6">
        <w:t xml:space="preserve"> </w:t>
      </w:r>
      <w:proofErr w:type="spellStart"/>
      <w:r w:rsidRPr="002C4AE6">
        <w:t>istaći</w:t>
      </w:r>
      <w:proofErr w:type="spellEnd"/>
      <w:r w:rsidRPr="002C4AE6">
        <w:t xml:space="preserve"> </w:t>
      </w:r>
      <w:proofErr w:type="spellStart"/>
      <w:r w:rsidRPr="002C4AE6">
        <w:t>nosioci</w:t>
      </w:r>
      <w:proofErr w:type="spellEnd"/>
      <w:r w:rsidRPr="002C4AE6">
        <w:t xml:space="preserve"> </w:t>
      </w:r>
      <w:proofErr w:type="spellStart"/>
      <w:r w:rsidRPr="002C4AE6">
        <w:t>prava</w:t>
      </w:r>
      <w:proofErr w:type="spellEnd"/>
      <w:r w:rsidRPr="002C4AE6">
        <w:t xml:space="preserve"> </w:t>
      </w:r>
      <w:proofErr w:type="spellStart"/>
      <w:r w:rsidRPr="002C4AE6">
        <w:t>ili</w:t>
      </w:r>
      <w:proofErr w:type="spellEnd"/>
      <w:r w:rsidRPr="002C4AE6">
        <w:t xml:space="preserve"> </w:t>
      </w:r>
      <w:proofErr w:type="spellStart"/>
      <w:r w:rsidRPr="002C4AE6">
        <w:t>treća</w:t>
      </w:r>
      <w:proofErr w:type="spellEnd"/>
      <w:r w:rsidRPr="002C4AE6">
        <w:t xml:space="preserve"> </w:t>
      </w:r>
      <w:proofErr w:type="spellStart"/>
      <w:r w:rsidRPr="002C4AE6">
        <w:t>lica</w:t>
      </w:r>
      <w:proofErr w:type="spellEnd"/>
      <w:r w:rsidRPr="002C4AE6">
        <w:t xml:space="preserve">, </w:t>
      </w:r>
      <w:proofErr w:type="spellStart"/>
      <w:r w:rsidRPr="002C4AE6">
        <w:t>kao</w:t>
      </w:r>
      <w:proofErr w:type="spellEnd"/>
      <w:r w:rsidRPr="002C4AE6">
        <w:t xml:space="preserve"> </w:t>
      </w:r>
      <w:proofErr w:type="spellStart"/>
      <w:r w:rsidRPr="002C4AE6">
        <w:t>i</w:t>
      </w:r>
      <w:proofErr w:type="spellEnd"/>
      <w:r w:rsidRPr="002C4AE6">
        <w:t xml:space="preserve"> za </w:t>
      </w:r>
      <w:proofErr w:type="spellStart"/>
      <w:r w:rsidRPr="002C4AE6">
        <w:t>pravne</w:t>
      </w:r>
      <w:proofErr w:type="spellEnd"/>
      <w:r w:rsidRPr="002C4AE6">
        <w:t xml:space="preserve"> </w:t>
      </w:r>
      <w:proofErr w:type="spellStart"/>
      <w:r w:rsidRPr="002C4AE6">
        <w:t>i</w:t>
      </w:r>
      <w:proofErr w:type="spellEnd"/>
      <w:r w:rsidRPr="002C4AE6">
        <w:t xml:space="preserve"> </w:t>
      </w:r>
      <w:proofErr w:type="spellStart"/>
      <w:r w:rsidRPr="002C4AE6">
        <w:t>krivične</w:t>
      </w:r>
      <w:proofErr w:type="spellEnd"/>
      <w:r w:rsidRPr="002C4AE6">
        <w:t xml:space="preserve"> </w:t>
      </w:r>
      <w:proofErr w:type="spellStart"/>
      <w:r w:rsidRPr="002C4AE6">
        <w:t>postupke</w:t>
      </w:r>
      <w:proofErr w:type="spellEnd"/>
      <w:r w:rsidRPr="002C4AE6">
        <w:t xml:space="preserve"> </w:t>
      </w:r>
      <w:proofErr w:type="spellStart"/>
      <w:r w:rsidRPr="002C4AE6">
        <w:t>koji</w:t>
      </w:r>
      <w:proofErr w:type="spellEnd"/>
      <w:r w:rsidRPr="002C4AE6">
        <w:t xml:space="preserve"> se po tom </w:t>
      </w:r>
      <w:proofErr w:type="spellStart"/>
      <w:r w:rsidRPr="002C4AE6">
        <w:t>osnovu</w:t>
      </w:r>
      <w:proofErr w:type="spellEnd"/>
      <w:r w:rsidRPr="002C4AE6">
        <w:t xml:space="preserve"> </w:t>
      </w:r>
      <w:proofErr w:type="spellStart"/>
      <w:r w:rsidRPr="002C4AE6">
        <w:t>mogu</w:t>
      </w:r>
      <w:proofErr w:type="spellEnd"/>
      <w:r w:rsidRPr="002C4AE6">
        <w:t xml:space="preserve"> </w:t>
      </w:r>
      <w:proofErr w:type="spellStart"/>
      <w:r w:rsidRPr="002C4AE6">
        <w:t>pokrenuti</w:t>
      </w:r>
      <w:proofErr w:type="spellEnd"/>
      <w:r w:rsidRPr="002C4AE6">
        <w:t xml:space="preserve"> </w:t>
      </w:r>
      <w:proofErr w:type="spellStart"/>
      <w:r w:rsidRPr="002C4AE6">
        <w:t>protiv</w:t>
      </w:r>
      <w:proofErr w:type="spellEnd"/>
      <w:r w:rsidRPr="002C4AE6">
        <w:t xml:space="preserve"> </w:t>
      </w:r>
      <w:proofErr w:type="spellStart"/>
      <w:r w:rsidRPr="002C4AE6">
        <w:t>mene</w:t>
      </w:r>
      <w:proofErr w:type="spellEnd"/>
      <w:r w:rsidRPr="002C4AE6">
        <w:t xml:space="preserve">, da </w:t>
      </w:r>
      <w:proofErr w:type="spellStart"/>
      <w:r w:rsidRPr="002C4AE6">
        <w:t>snosim</w:t>
      </w:r>
      <w:proofErr w:type="spellEnd"/>
      <w:r w:rsidRPr="002C4AE6">
        <w:t xml:space="preserve"> </w:t>
      </w:r>
      <w:proofErr w:type="spellStart"/>
      <w:r w:rsidRPr="002C4AE6">
        <w:t>svu</w:t>
      </w:r>
      <w:proofErr w:type="spellEnd"/>
      <w:r w:rsidRPr="002C4AE6">
        <w:t xml:space="preserve"> </w:t>
      </w:r>
      <w:proofErr w:type="spellStart"/>
      <w:r w:rsidRPr="002C4AE6">
        <w:t>odgovornost</w:t>
      </w:r>
      <w:proofErr w:type="spellEnd"/>
      <w:r w:rsidRPr="002C4AE6">
        <w:t xml:space="preserve"> </w:t>
      </w:r>
      <w:proofErr w:type="spellStart"/>
      <w:r w:rsidRPr="002C4AE6">
        <w:t>koja</w:t>
      </w:r>
      <w:proofErr w:type="spellEnd"/>
      <w:r w:rsidRPr="002C4AE6">
        <w:t xml:space="preserve"> </w:t>
      </w:r>
      <w:proofErr w:type="spellStart"/>
      <w:r w:rsidRPr="002C4AE6">
        <w:t>proizlazi</w:t>
      </w:r>
      <w:proofErr w:type="spellEnd"/>
      <w:r w:rsidRPr="002C4AE6">
        <w:t xml:space="preserve"> </w:t>
      </w:r>
      <w:proofErr w:type="spellStart"/>
      <w:r w:rsidRPr="002C4AE6">
        <w:t>iz</w:t>
      </w:r>
      <w:proofErr w:type="spellEnd"/>
      <w:r w:rsidRPr="002C4AE6">
        <w:t xml:space="preserve"> </w:t>
      </w:r>
      <w:proofErr w:type="spellStart"/>
      <w:r w:rsidRPr="002C4AE6">
        <w:t>tih</w:t>
      </w:r>
      <w:proofErr w:type="spellEnd"/>
      <w:r w:rsidRPr="002C4AE6">
        <w:t xml:space="preserve"> </w:t>
      </w:r>
      <w:proofErr w:type="spellStart"/>
      <w:r w:rsidRPr="002C4AE6">
        <w:t>zahteva</w:t>
      </w:r>
      <w:proofErr w:type="spellEnd"/>
      <w:r w:rsidRPr="002C4AE6">
        <w:t xml:space="preserve"> </w:t>
      </w:r>
      <w:proofErr w:type="spellStart"/>
      <w:r w:rsidRPr="002C4AE6">
        <w:t>i</w:t>
      </w:r>
      <w:proofErr w:type="spellEnd"/>
      <w:r w:rsidRPr="002C4AE6">
        <w:t xml:space="preserve"> da je Banka, </w:t>
      </w:r>
      <w:proofErr w:type="spellStart"/>
      <w:r w:rsidRPr="002C4AE6">
        <w:t>ukoliko</w:t>
      </w:r>
      <w:proofErr w:type="spellEnd"/>
      <w:r w:rsidRPr="002C4AE6">
        <w:t xml:space="preserve"> </w:t>
      </w:r>
      <w:proofErr w:type="spellStart"/>
      <w:r w:rsidRPr="002C4AE6">
        <w:t>bude</w:t>
      </w:r>
      <w:proofErr w:type="spellEnd"/>
      <w:r w:rsidRPr="002C4AE6">
        <w:t xml:space="preserve"> </w:t>
      </w:r>
      <w:proofErr w:type="spellStart"/>
      <w:r w:rsidRPr="002C4AE6">
        <w:t>primorana</w:t>
      </w:r>
      <w:proofErr w:type="spellEnd"/>
      <w:r w:rsidRPr="002C4AE6">
        <w:t xml:space="preserve"> da </w:t>
      </w:r>
      <w:proofErr w:type="spellStart"/>
      <w:r w:rsidRPr="002C4AE6">
        <w:t>izvrši</w:t>
      </w:r>
      <w:proofErr w:type="spellEnd"/>
      <w:r w:rsidRPr="002C4AE6">
        <w:t xml:space="preserve"> </w:t>
      </w:r>
      <w:proofErr w:type="spellStart"/>
      <w:r w:rsidRPr="002C4AE6">
        <w:t>bilo</w:t>
      </w:r>
      <w:proofErr w:type="spellEnd"/>
      <w:r w:rsidRPr="002C4AE6">
        <w:t xml:space="preserve"> </w:t>
      </w:r>
      <w:proofErr w:type="spellStart"/>
      <w:r w:rsidRPr="002C4AE6">
        <w:t>kakvo</w:t>
      </w:r>
      <w:proofErr w:type="spellEnd"/>
      <w:r w:rsidRPr="002C4AE6">
        <w:t xml:space="preserve"> </w:t>
      </w:r>
      <w:proofErr w:type="spellStart"/>
      <w:r w:rsidRPr="002C4AE6">
        <w:t>plaćanje</w:t>
      </w:r>
      <w:proofErr w:type="spellEnd"/>
      <w:r w:rsidRPr="002C4AE6">
        <w:t xml:space="preserve"> po tom </w:t>
      </w:r>
      <w:proofErr w:type="spellStart"/>
      <w:r w:rsidRPr="002C4AE6">
        <w:t>osnovu</w:t>
      </w:r>
      <w:proofErr w:type="spellEnd"/>
      <w:r w:rsidRPr="002C4AE6">
        <w:t xml:space="preserve">, </w:t>
      </w:r>
      <w:proofErr w:type="spellStart"/>
      <w:r w:rsidRPr="002C4AE6">
        <w:t>ovlašćena</w:t>
      </w:r>
      <w:proofErr w:type="spellEnd"/>
      <w:r w:rsidRPr="002C4AE6">
        <w:t xml:space="preserve"> da </w:t>
      </w:r>
      <w:proofErr w:type="spellStart"/>
      <w:r w:rsidRPr="002C4AE6">
        <w:t>plaćeni</w:t>
      </w:r>
      <w:proofErr w:type="spellEnd"/>
      <w:r w:rsidRPr="002C4AE6">
        <w:t xml:space="preserve"> </w:t>
      </w:r>
      <w:proofErr w:type="spellStart"/>
      <w:r w:rsidRPr="002C4AE6">
        <w:t>iznos</w:t>
      </w:r>
      <w:proofErr w:type="spellEnd"/>
      <w:r w:rsidRPr="002C4AE6">
        <w:t xml:space="preserve"> </w:t>
      </w:r>
      <w:proofErr w:type="spellStart"/>
      <w:r w:rsidRPr="002C4AE6">
        <w:t>naplati</w:t>
      </w:r>
      <w:proofErr w:type="spellEnd"/>
      <w:r w:rsidRPr="002C4AE6">
        <w:t xml:space="preserve"> </w:t>
      </w:r>
      <w:proofErr w:type="spellStart"/>
      <w:r w:rsidRPr="002C4AE6">
        <w:t>iz</w:t>
      </w:r>
      <w:proofErr w:type="spellEnd"/>
      <w:r w:rsidRPr="002C4AE6">
        <w:t xml:space="preserve"> </w:t>
      </w:r>
      <w:proofErr w:type="spellStart"/>
      <w:r w:rsidRPr="002C4AE6">
        <w:t>mojih</w:t>
      </w:r>
      <w:proofErr w:type="spellEnd"/>
      <w:r w:rsidRPr="002C4AE6">
        <w:t xml:space="preserve"> </w:t>
      </w:r>
      <w:proofErr w:type="spellStart"/>
      <w:r w:rsidRPr="002C4AE6">
        <w:t>prava</w:t>
      </w:r>
      <w:proofErr w:type="spellEnd"/>
      <w:r w:rsidRPr="002C4AE6">
        <w:t xml:space="preserve"> </w:t>
      </w:r>
      <w:proofErr w:type="spellStart"/>
      <w:r w:rsidRPr="002C4AE6">
        <w:t>i</w:t>
      </w:r>
      <w:proofErr w:type="spellEnd"/>
      <w:r w:rsidRPr="002C4AE6">
        <w:t xml:space="preserve"> </w:t>
      </w:r>
      <w:proofErr w:type="spellStart"/>
      <w:r w:rsidRPr="002C4AE6">
        <w:lastRenderedPageBreak/>
        <w:t>potraživanja</w:t>
      </w:r>
      <w:proofErr w:type="spellEnd"/>
      <w:r w:rsidRPr="002C4AE6">
        <w:t xml:space="preserve"> </w:t>
      </w:r>
      <w:proofErr w:type="spellStart"/>
      <w:r w:rsidRPr="002C4AE6">
        <w:t>prema</w:t>
      </w:r>
      <w:proofErr w:type="spellEnd"/>
      <w:r w:rsidRPr="002C4AE6">
        <w:t xml:space="preserve"> </w:t>
      </w:r>
      <w:proofErr w:type="spellStart"/>
      <w:r w:rsidRPr="002C4AE6">
        <w:t>Banci</w:t>
      </w:r>
      <w:proofErr w:type="spellEnd"/>
      <w:r w:rsidRPr="002C4AE6">
        <w:t xml:space="preserve">, </w:t>
      </w:r>
      <w:proofErr w:type="spellStart"/>
      <w:r w:rsidRPr="002C4AE6">
        <w:t>odnosno</w:t>
      </w:r>
      <w:proofErr w:type="spellEnd"/>
      <w:r w:rsidRPr="002C4AE6">
        <w:t xml:space="preserve"> </w:t>
      </w:r>
      <w:proofErr w:type="spellStart"/>
      <w:r w:rsidRPr="002C4AE6">
        <w:t>sredstava</w:t>
      </w:r>
      <w:proofErr w:type="spellEnd"/>
      <w:r w:rsidRPr="002C4AE6">
        <w:t xml:space="preserve"> </w:t>
      </w:r>
      <w:proofErr w:type="spellStart"/>
      <w:r w:rsidRPr="002C4AE6">
        <w:t>obezbeđenja</w:t>
      </w:r>
      <w:proofErr w:type="spellEnd"/>
      <w:r w:rsidRPr="002C4AE6">
        <w:t xml:space="preserve"> </w:t>
      </w:r>
      <w:proofErr w:type="spellStart"/>
      <w:r w:rsidRPr="002C4AE6">
        <w:t>koja</w:t>
      </w:r>
      <w:proofErr w:type="spellEnd"/>
      <w:r w:rsidRPr="002C4AE6">
        <w:t xml:space="preserve"> </w:t>
      </w:r>
      <w:proofErr w:type="spellStart"/>
      <w:r w:rsidRPr="002C4AE6">
        <w:t>sam</w:t>
      </w:r>
      <w:proofErr w:type="spellEnd"/>
      <w:r w:rsidRPr="002C4AE6">
        <w:t xml:space="preserve"> </w:t>
      </w:r>
      <w:proofErr w:type="spellStart"/>
      <w:r w:rsidRPr="002C4AE6">
        <w:t>dala</w:t>
      </w:r>
      <w:proofErr w:type="spellEnd"/>
      <w:r w:rsidRPr="002C4AE6">
        <w:t xml:space="preserve"> </w:t>
      </w:r>
      <w:proofErr w:type="spellStart"/>
      <w:r w:rsidRPr="002C4AE6">
        <w:t>Banci</w:t>
      </w:r>
      <w:proofErr w:type="spellEnd"/>
      <w:r w:rsidRPr="002C4AE6">
        <w:t xml:space="preserve">, da </w:t>
      </w:r>
      <w:proofErr w:type="spellStart"/>
      <w:r w:rsidRPr="002C4AE6">
        <w:t>izvrši</w:t>
      </w:r>
      <w:proofErr w:type="spellEnd"/>
      <w:r w:rsidRPr="002C4AE6">
        <w:t xml:space="preserve"> </w:t>
      </w:r>
      <w:proofErr w:type="spellStart"/>
      <w:r w:rsidRPr="002C4AE6">
        <w:t>prebijanje</w:t>
      </w:r>
      <w:proofErr w:type="spellEnd"/>
      <w:r w:rsidRPr="002C4AE6">
        <w:t xml:space="preserve"> </w:t>
      </w:r>
      <w:proofErr w:type="spellStart"/>
      <w:r w:rsidRPr="002C4AE6">
        <w:t>i</w:t>
      </w:r>
      <w:proofErr w:type="spellEnd"/>
      <w:r w:rsidRPr="002C4AE6">
        <w:t xml:space="preserve"> </w:t>
      </w:r>
      <w:proofErr w:type="spellStart"/>
      <w:r w:rsidRPr="002C4AE6">
        <w:t>uračunavanje</w:t>
      </w:r>
      <w:proofErr w:type="spellEnd"/>
      <w:r w:rsidRPr="002C4AE6">
        <w:t xml:space="preserve">, </w:t>
      </w:r>
      <w:proofErr w:type="spellStart"/>
      <w:r w:rsidRPr="002C4AE6">
        <w:t>kao</w:t>
      </w:r>
      <w:proofErr w:type="spellEnd"/>
      <w:r w:rsidRPr="002C4AE6">
        <w:t xml:space="preserve"> </w:t>
      </w:r>
      <w:proofErr w:type="spellStart"/>
      <w:r w:rsidRPr="002C4AE6">
        <w:t>i</w:t>
      </w:r>
      <w:proofErr w:type="spellEnd"/>
      <w:r w:rsidRPr="002C4AE6">
        <w:t xml:space="preserve"> da </w:t>
      </w:r>
      <w:proofErr w:type="spellStart"/>
      <w:r w:rsidRPr="002C4AE6">
        <w:t>preduzme</w:t>
      </w:r>
      <w:proofErr w:type="spellEnd"/>
      <w:r w:rsidRPr="002C4AE6">
        <w:t xml:space="preserve"> </w:t>
      </w:r>
      <w:proofErr w:type="spellStart"/>
      <w:r w:rsidRPr="002C4AE6">
        <w:t>pravne</w:t>
      </w:r>
      <w:proofErr w:type="spellEnd"/>
      <w:r w:rsidRPr="002C4AE6">
        <w:t xml:space="preserve"> mere </w:t>
      </w:r>
      <w:proofErr w:type="spellStart"/>
      <w:r w:rsidRPr="002C4AE6">
        <w:t>i</w:t>
      </w:r>
      <w:proofErr w:type="spellEnd"/>
      <w:r w:rsidRPr="002C4AE6">
        <w:t xml:space="preserve"> </w:t>
      </w:r>
      <w:proofErr w:type="spellStart"/>
      <w:r w:rsidRPr="002C4AE6">
        <w:t>ostvari</w:t>
      </w:r>
      <w:proofErr w:type="spellEnd"/>
      <w:r w:rsidRPr="002C4AE6">
        <w:t xml:space="preserve"> </w:t>
      </w:r>
      <w:proofErr w:type="spellStart"/>
      <w:r w:rsidRPr="002C4AE6">
        <w:t>pravo</w:t>
      </w:r>
      <w:proofErr w:type="spellEnd"/>
      <w:r w:rsidRPr="002C4AE6">
        <w:t xml:space="preserve"> </w:t>
      </w:r>
      <w:proofErr w:type="spellStart"/>
      <w:r w:rsidRPr="002C4AE6">
        <w:t>regresa</w:t>
      </w:r>
      <w:proofErr w:type="spellEnd"/>
    </w:p>
    <w:p w14:paraId="279406B5" w14:textId="59031371" w:rsidR="00B264D0" w:rsidRDefault="00B264D0" w:rsidP="002C4AE6">
      <w:pPr>
        <w:pStyle w:val="ListNumber"/>
        <w:numPr>
          <w:ilvl w:val="0"/>
          <w:numId w:val="0"/>
        </w:numPr>
      </w:pPr>
    </w:p>
    <w:p w14:paraId="74D204C0" w14:textId="69BBCCF3" w:rsidR="00B264D0" w:rsidRDefault="00057E9B" w:rsidP="002C4AE6">
      <w:pPr>
        <w:pStyle w:val="ListNumber"/>
        <w:numPr>
          <w:ilvl w:val="0"/>
          <w:numId w:val="0"/>
        </w:numPr>
      </w:pPr>
      <w:bookmarkStart w:id="0" w:name="_GoBack"/>
      <w:bookmarkEnd w:id="0"/>
      <w:r>
        <w:t xml:space="preserve">Kao </w:t>
      </w:r>
      <w:proofErr w:type="spellStart"/>
      <w:r>
        <w:t>nosilac</w:t>
      </w:r>
      <w:proofErr w:type="spellEnd"/>
      <w:r>
        <w:t xml:space="preserve"> </w:t>
      </w:r>
      <w:proofErr w:type="spellStart"/>
      <w:r>
        <w:t>prava</w:t>
      </w:r>
      <w:proofErr w:type="spellEnd"/>
      <w:r>
        <w:t>, da sam potpuno ovlašćena da potpišem/odobrim ovu izjavu o obavezi, da su sva dozvoljenja i ovlašćenja u ovom kontekstu moja i da treća strana nema nikakva prava na fotografiji/videu, da sam direktan sagovornik za svaki zahtev koji može proisteći od trećih strana i da sam odgovorna/biću odgovorna prema trećim stranama; da neću potraživati nikakvu naknadu od Banke pod bilo kojim nazivom, prihvatam, izjavljujem i obavezujem se.</w:t>
      </w:r>
    </w:p>
    <w:p w14:paraId="380D2007" w14:textId="77777777" w:rsidR="00B264D0" w:rsidRDefault="00B264D0"/>
    <w:p w14:paraId="6A928422" w14:textId="77777777" w:rsidR="00B264D0" w:rsidRDefault="00057E9B">
      <w:r>
        <w:t>S poštovanjem,</w:t>
      </w:r>
      <w:r>
        <w:br/>
        <w:t>Türkiye Halk Bankası A.Ş.</w:t>
      </w:r>
    </w:p>
    <w:sectPr w:rsidR="00B264D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7E9B"/>
    <w:rsid w:val="0006063C"/>
    <w:rsid w:val="0015074B"/>
    <w:rsid w:val="002607E6"/>
    <w:rsid w:val="0029639D"/>
    <w:rsid w:val="002C4AE6"/>
    <w:rsid w:val="00326F90"/>
    <w:rsid w:val="00845306"/>
    <w:rsid w:val="0091079A"/>
    <w:rsid w:val="00A15BDA"/>
    <w:rsid w:val="00AA1D8D"/>
    <w:rsid w:val="00B264D0"/>
    <w:rsid w:val="00B47730"/>
    <w:rsid w:val="00C57C1C"/>
    <w:rsid w:val="00C844A4"/>
    <w:rsid w:val="00CB0664"/>
    <w:rsid w:val="00D64F36"/>
    <w:rsid w:val="00DE1C0F"/>
    <w:rsid w:val="00DF213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DCD432F"/>
  <w14:defaultImageDpi w14:val="300"/>
  <w15:docId w15:val="{7FE919FE-00C0-E546-B782-18199A781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itus xmlns="http://schemas.titus.com/TitusProperties/">
  <TitusGUID xmlns="">a88175a5-d016-4d11-973a-64b355b88aef</TitusGUID>
  <TitusMetadata xmlns="">eyJucyI6Imh0dHA6XC9cL3d3dy50aXR1cy5jb21cL25zXC9IYWxrYmFuayBhLmQuIEJlb2dyYWQiLCJwcm9wcyI6W3sibiI6IkNsYXNzaWZpY2F0aW9uIiwidmFscyI6W3sidmFsdWUiOiJJbnRlcm5hbCJ9XX1dfQ==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E0A0463-3DC5-4902-A3DA-EDF44F11067F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6564A872-12EC-4A72-9D37-125B2F2B5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596</Words>
  <Characters>3183</Characters>
  <Application>Microsoft Office Word</Application>
  <DocSecurity>0</DocSecurity>
  <Lines>53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Sinem Yollu Marceta</cp:lastModifiedBy>
  <cp:revision>7</cp:revision>
  <dcterms:created xsi:type="dcterms:W3CDTF">2026-11-03T09:50:00Z</dcterms:created>
  <dcterms:modified xsi:type="dcterms:W3CDTF">2026-11-03T10:56:00Z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a88175a5-d016-4d11-973a-64b355b88aef</vt:lpwstr>
  </property>
  <property fmtid="{D5CDD505-2E9C-101B-9397-08002B2CF9AE}" pid="3" name="TitusClassification">
    <vt:lpwstr>Internal</vt:lpwstr>
  </property>
</Properties>
</file>